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5134" w14:textId="77777777" w:rsidR="001907A7" w:rsidRDefault="001907A7" w:rsidP="00A730BA">
      <w:pPr>
        <w:spacing w:after="60" w:line="240" w:lineRule="exact"/>
        <w:jc w:val="center"/>
      </w:pPr>
      <w:r>
        <w:rPr>
          <w:b/>
          <w:sz w:val="28"/>
        </w:rPr>
        <w:t>COMUNE DI TIGGIANO</w:t>
      </w:r>
    </w:p>
    <w:p w14:paraId="5CFB182C" w14:textId="77777777" w:rsidR="001907A7" w:rsidRDefault="001907A7" w:rsidP="00A730BA">
      <w:pPr>
        <w:spacing w:after="60" w:line="240" w:lineRule="exact"/>
        <w:jc w:val="center"/>
      </w:pPr>
      <w:r>
        <w:t>Provincia di Lecce – Ufficio Tributi</w:t>
      </w:r>
    </w:p>
    <w:p w14:paraId="1EA53BD1" w14:textId="77777777" w:rsidR="00172469" w:rsidRDefault="00172469" w:rsidP="00A730BA">
      <w:pPr>
        <w:spacing w:after="60" w:line="240" w:lineRule="exact"/>
        <w:jc w:val="center"/>
      </w:pPr>
    </w:p>
    <w:p w14:paraId="27DB397C" w14:textId="77777777" w:rsidR="001907A7" w:rsidRDefault="001907A7" w:rsidP="00A730BA">
      <w:pPr>
        <w:spacing w:after="60" w:line="240" w:lineRule="exact"/>
        <w:jc w:val="center"/>
      </w:pPr>
      <w:r>
        <w:rPr>
          <w:b/>
          <w:sz w:val="26"/>
        </w:rPr>
        <w:t>DICHIARAZIONE DI ADESIONE ALLA DEFINIZIONE AGEVOLATA</w:t>
      </w:r>
    </w:p>
    <w:p w14:paraId="20391A4C" w14:textId="77777777" w:rsidR="001907A7" w:rsidRDefault="001907A7" w:rsidP="00A730BA">
      <w:pPr>
        <w:spacing w:after="60" w:line="240" w:lineRule="exact"/>
        <w:jc w:val="center"/>
      </w:pPr>
      <w:r>
        <w:rPr>
          <w:sz w:val="18"/>
        </w:rPr>
        <w:t xml:space="preserve">ai sensi </w:t>
      </w:r>
      <w:proofErr w:type="spellStart"/>
      <w:r>
        <w:rPr>
          <w:sz w:val="18"/>
        </w:rPr>
        <w:t>dell’art</w:t>
      </w:r>
      <w:proofErr w:type="spellEnd"/>
      <w:r>
        <w:rPr>
          <w:sz w:val="18"/>
        </w:rPr>
        <w:t xml:space="preserve">. 3 del </w:t>
      </w:r>
      <w:proofErr w:type="spellStart"/>
      <w:r>
        <w:rPr>
          <w:sz w:val="18"/>
        </w:rPr>
        <w:t>Regolamento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comunale</w:t>
      </w:r>
      <w:proofErr w:type="spellEnd"/>
      <w:r>
        <w:rPr>
          <w:sz w:val="18"/>
        </w:rPr>
        <w:t xml:space="preserve"> per la </w:t>
      </w:r>
      <w:proofErr w:type="spellStart"/>
      <w:r>
        <w:rPr>
          <w:sz w:val="18"/>
        </w:rPr>
        <w:t>definizione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agevolata</w:t>
      </w:r>
      <w:proofErr w:type="spellEnd"/>
      <w:r>
        <w:rPr>
          <w:sz w:val="18"/>
        </w:rPr>
        <w:t xml:space="preserve"> delle </w:t>
      </w:r>
      <w:proofErr w:type="spellStart"/>
      <w:r>
        <w:rPr>
          <w:sz w:val="18"/>
        </w:rPr>
        <w:t>entrate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comunali</w:t>
      </w:r>
      <w:proofErr w:type="spellEnd"/>
    </w:p>
    <w:p w14:paraId="49B29DB1" w14:textId="77777777" w:rsidR="001907A7" w:rsidRDefault="001907A7" w:rsidP="00A730BA">
      <w:pPr>
        <w:spacing w:after="60" w:line="240" w:lineRule="exact"/>
        <w:jc w:val="center"/>
        <w:rPr>
          <w:b/>
        </w:rPr>
      </w:pPr>
      <w:r>
        <w:rPr>
          <w:b/>
        </w:rPr>
        <w:t>DA PRESENTARE ENTRO 10 GIORNI DALLA COMUNICAZIONE DEL COMUNE</w:t>
      </w:r>
    </w:p>
    <w:p w14:paraId="1860F435" w14:textId="77777777" w:rsidR="00172469" w:rsidRDefault="00172469" w:rsidP="00A730BA">
      <w:pPr>
        <w:spacing w:after="60" w:line="240" w:lineRule="exact"/>
        <w:jc w:val="center"/>
      </w:pPr>
    </w:p>
    <w:p w14:paraId="64585F19" w14:textId="77777777" w:rsidR="001907A7" w:rsidRDefault="001907A7" w:rsidP="00A730BA">
      <w:pPr>
        <w:spacing w:after="60" w:line="240" w:lineRule="exact"/>
      </w:pPr>
      <w:proofErr w:type="spellStart"/>
      <w:r>
        <w:rPr>
          <w:b/>
        </w:rPr>
        <w:t>All’Ufficio</w:t>
      </w:r>
      <w:proofErr w:type="spellEnd"/>
      <w:r>
        <w:rPr>
          <w:b/>
        </w:rPr>
        <w:t xml:space="preserve"> Tributi del Comune di Tiggiano</w:t>
      </w:r>
    </w:p>
    <w:p w14:paraId="2D452D15" w14:textId="77777777" w:rsidR="001907A7" w:rsidRDefault="001907A7" w:rsidP="00A730BA">
      <w:pPr>
        <w:spacing w:after="60" w:line="240" w:lineRule="exact"/>
      </w:pPr>
      <w:r>
        <w:rPr>
          <w:sz w:val="18"/>
        </w:rPr>
        <w:t>PEC: ragioneria.comune.tiggiano@pec.rupar.puglia.it</w:t>
      </w:r>
    </w:p>
    <w:p w14:paraId="1FAE956E" w14:textId="77777777" w:rsidR="00172469" w:rsidRDefault="00172469" w:rsidP="00A730BA">
      <w:pPr>
        <w:spacing w:after="60" w:line="240" w:lineRule="exact"/>
        <w:rPr>
          <w:b/>
        </w:rPr>
      </w:pPr>
    </w:p>
    <w:p w14:paraId="48776642" w14:textId="1C91C7E6" w:rsidR="00172469" w:rsidRPr="00172469" w:rsidRDefault="001907A7" w:rsidP="00A730BA">
      <w:pPr>
        <w:spacing w:after="60" w:line="240" w:lineRule="exact"/>
        <w:rPr>
          <w:b/>
        </w:rPr>
      </w:pPr>
      <w:r>
        <w:rPr>
          <w:b/>
        </w:rPr>
        <w:t>DATI DEL DICHIARANTE</w:t>
      </w:r>
    </w:p>
    <w:p w14:paraId="47E921F5" w14:textId="55C8806E" w:rsidR="00172469" w:rsidRDefault="001907A7" w:rsidP="00A730BA">
      <w:pPr>
        <w:spacing w:after="20" w:line="240" w:lineRule="exact"/>
      </w:pPr>
      <w:proofErr w:type="spellStart"/>
      <w:r>
        <w:t>Cognome</w:t>
      </w:r>
      <w:proofErr w:type="spellEnd"/>
      <w:r>
        <w:t xml:space="preserve"> e </w:t>
      </w:r>
      <w:proofErr w:type="spellStart"/>
      <w:r>
        <w:t>no</w:t>
      </w:r>
      <w:r w:rsidR="00172469">
        <w:t>me</w:t>
      </w:r>
      <w:proofErr w:type="spellEnd"/>
      <w:r w:rsidR="00172469">
        <w:t xml:space="preserve">: </w:t>
      </w:r>
      <w:r>
        <w:t>____________________________________________________________________________</w:t>
      </w:r>
    </w:p>
    <w:p w14:paraId="3D1EE5A5" w14:textId="21E24455" w:rsidR="001907A7" w:rsidRDefault="001907A7" w:rsidP="00A730BA">
      <w:pPr>
        <w:spacing w:after="20" w:line="240" w:lineRule="exact"/>
      </w:pPr>
      <w:r>
        <w:t>Nato/a a:</w:t>
      </w:r>
      <w:r w:rsidR="00172469">
        <w:t xml:space="preserve"> </w:t>
      </w:r>
      <w:r>
        <w:t>______________________________________________________________________________</w:t>
      </w:r>
      <w:r w:rsidR="00172469">
        <w:t>_____</w:t>
      </w:r>
    </w:p>
    <w:p w14:paraId="655CB5F1" w14:textId="6AF85A93" w:rsidR="001907A7" w:rsidRDefault="001907A7" w:rsidP="00A730BA">
      <w:pPr>
        <w:spacing w:after="20" w:line="240" w:lineRule="exact"/>
      </w:pPr>
      <w:r>
        <w:t>Il: ______________________________________________________________________________</w:t>
      </w:r>
      <w:r w:rsidR="00172469">
        <w:t>___________</w:t>
      </w:r>
    </w:p>
    <w:p w14:paraId="30BCD7F0" w14:textId="563CBB27" w:rsidR="001907A7" w:rsidRDefault="001907A7" w:rsidP="00A730BA">
      <w:pPr>
        <w:spacing w:after="20" w:line="240" w:lineRule="exact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 ______________________________________________________________________________</w:t>
      </w:r>
      <w:r w:rsidR="00172469">
        <w:t>_</w:t>
      </w:r>
    </w:p>
    <w:p w14:paraId="57B4CF8D" w14:textId="4418926A" w:rsidR="001907A7" w:rsidRDefault="001907A7" w:rsidP="00A730BA">
      <w:pPr>
        <w:spacing w:after="20" w:line="240" w:lineRule="exact"/>
      </w:pPr>
      <w:r>
        <w:t>Residente in: ______________________________________________________________________________</w:t>
      </w:r>
      <w:r w:rsidR="00172469">
        <w:t>__</w:t>
      </w:r>
    </w:p>
    <w:p w14:paraId="4E8B4B5C" w14:textId="72E4AF04" w:rsidR="001907A7" w:rsidRDefault="001907A7" w:rsidP="00A730BA">
      <w:pPr>
        <w:spacing w:after="20" w:line="240" w:lineRule="exact"/>
      </w:pPr>
      <w:r>
        <w:t>Via/Piazza: ______________________________________________________________________________</w:t>
      </w:r>
      <w:r w:rsidR="00172469">
        <w:t>____</w:t>
      </w:r>
    </w:p>
    <w:p w14:paraId="50D6DAEB" w14:textId="67304987" w:rsidR="001907A7" w:rsidRDefault="001907A7" w:rsidP="00A730BA">
      <w:pPr>
        <w:spacing w:after="20" w:line="240" w:lineRule="exact"/>
      </w:pPr>
      <w:r>
        <w:t>CAP: ______________________________________________________________________________</w:t>
      </w:r>
      <w:r w:rsidR="00172469">
        <w:t>_________</w:t>
      </w:r>
    </w:p>
    <w:p w14:paraId="5D9942AF" w14:textId="4D36A54C" w:rsidR="001907A7" w:rsidRDefault="001907A7" w:rsidP="00A730BA">
      <w:pPr>
        <w:spacing w:after="20" w:line="240" w:lineRule="exact"/>
      </w:pPr>
      <w:proofErr w:type="spellStart"/>
      <w:r>
        <w:t>Telefono</w:t>
      </w:r>
      <w:proofErr w:type="spellEnd"/>
      <w:r>
        <w:t>: ______________________________________________________________________________</w:t>
      </w:r>
      <w:r w:rsidR="00172469">
        <w:t>_____</w:t>
      </w:r>
    </w:p>
    <w:p w14:paraId="5BA02131" w14:textId="58ECBA26" w:rsidR="001907A7" w:rsidRDefault="001907A7" w:rsidP="00A730BA">
      <w:pPr>
        <w:spacing w:after="20" w:line="240" w:lineRule="exact"/>
      </w:pPr>
      <w:r>
        <w:t>E-mail/PEC: ______________________________________________________________________________</w:t>
      </w:r>
      <w:r w:rsidR="00172469">
        <w:t>___</w:t>
      </w:r>
    </w:p>
    <w:p w14:paraId="29264B0A" w14:textId="77777777" w:rsidR="001907A7" w:rsidRDefault="001907A7" w:rsidP="00A730BA">
      <w:pPr>
        <w:spacing w:after="60" w:line="240" w:lineRule="exact"/>
      </w:pPr>
      <w:r>
        <w:rPr>
          <w:b/>
        </w:rPr>
        <w:t xml:space="preserve">in </w:t>
      </w:r>
      <w:proofErr w:type="spellStart"/>
      <w:r>
        <w:rPr>
          <w:b/>
        </w:rPr>
        <w:t>qualità</w:t>
      </w:r>
      <w:proofErr w:type="spellEnd"/>
      <w:r>
        <w:rPr>
          <w:b/>
        </w:rPr>
        <w:t xml:space="preserve"> di:</w:t>
      </w:r>
    </w:p>
    <w:p w14:paraId="3D198A3C" w14:textId="77777777" w:rsidR="001907A7" w:rsidRDefault="001907A7" w:rsidP="00A730BA">
      <w:pPr>
        <w:spacing w:after="20" w:line="240" w:lineRule="exact"/>
      </w:pPr>
      <w:r>
        <w:t xml:space="preserve">☐ </w:t>
      </w:r>
      <w:proofErr w:type="spellStart"/>
      <w:r>
        <w:t>debitore</w:t>
      </w:r>
      <w:proofErr w:type="spellEnd"/>
      <w:r>
        <w:t>/</w:t>
      </w:r>
      <w:proofErr w:type="spellStart"/>
      <w:r>
        <w:t>contribuente</w:t>
      </w:r>
      <w:proofErr w:type="spellEnd"/>
    </w:p>
    <w:p w14:paraId="17D90434" w14:textId="77777777" w:rsidR="001907A7" w:rsidRDefault="001907A7" w:rsidP="00A730BA">
      <w:pPr>
        <w:spacing w:after="20" w:line="240" w:lineRule="exact"/>
      </w:pPr>
      <w:r>
        <w:t xml:space="preserve">☐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>/</w:t>
      </w:r>
      <w:proofErr w:type="spellStart"/>
      <w:r>
        <w:t>titolare</w:t>
      </w:r>
      <w:proofErr w:type="spellEnd"/>
      <w:r>
        <w:t xml:space="preserve"> della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ditta</w:t>
      </w:r>
      <w:proofErr w:type="spellEnd"/>
      <w:r>
        <w:t xml:space="preserve"> o </w:t>
      </w:r>
      <w:proofErr w:type="spellStart"/>
      <w:r>
        <w:t>ente</w:t>
      </w:r>
      <w:proofErr w:type="spellEnd"/>
    </w:p>
    <w:p w14:paraId="7B8301A6" w14:textId="77777777" w:rsidR="001907A7" w:rsidRDefault="001907A7" w:rsidP="00A730BA">
      <w:pPr>
        <w:spacing w:after="20" w:line="240" w:lineRule="exact"/>
      </w:pPr>
      <w:proofErr w:type="spellStart"/>
      <w:r>
        <w:t>Denominazione</w:t>
      </w:r>
      <w:proofErr w:type="spellEnd"/>
      <w:r>
        <w:t>: ______________________________________________________________________________</w:t>
      </w:r>
    </w:p>
    <w:p w14:paraId="6BE3376F" w14:textId="298E4A77" w:rsidR="001907A7" w:rsidRDefault="001907A7" w:rsidP="00A730BA">
      <w:pPr>
        <w:spacing w:after="20" w:line="240" w:lineRule="exact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/P. IVA:</w:t>
      </w:r>
      <w:r w:rsidR="00172469">
        <w:t xml:space="preserve"> </w:t>
      </w:r>
      <w:r>
        <w:t>________________________________________________________________________</w:t>
      </w:r>
      <w:r w:rsidR="00172469">
        <w:t>_</w:t>
      </w:r>
    </w:p>
    <w:p w14:paraId="06D2A087" w14:textId="77777777" w:rsidR="001907A7" w:rsidRDefault="001907A7" w:rsidP="00A730BA">
      <w:pPr>
        <w:spacing w:after="20" w:line="240" w:lineRule="exact"/>
      </w:pPr>
      <w:proofErr w:type="spellStart"/>
      <w:r>
        <w:t>Sede</w:t>
      </w:r>
      <w:proofErr w:type="spellEnd"/>
      <w:r>
        <w:t xml:space="preserve"> </w:t>
      </w:r>
      <w:proofErr w:type="spellStart"/>
      <w:r>
        <w:t>legale</w:t>
      </w:r>
      <w:proofErr w:type="spellEnd"/>
      <w:r>
        <w:t>: ______________________________________________________________________________</w:t>
      </w:r>
    </w:p>
    <w:p w14:paraId="5965109E" w14:textId="77777777" w:rsidR="001907A7" w:rsidRDefault="001907A7" w:rsidP="00A730BA">
      <w:pPr>
        <w:spacing w:after="20" w:line="240" w:lineRule="exact"/>
      </w:pPr>
      <w:r>
        <w:t>PEC: ______________________________________________________________________________</w:t>
      </w:r>
    </w:p>
    <w:p w14:paraId="153B525F" w14:textId="77777777" w:rsidR="001907A7" w:rsidRDefault="001907A7" w:rsidP="00A730BA">
      <w:pPr>
        <w:spacing w:after="20" w:line="240" w:lineRule="exact"/>
      </w:pPr>
      <w:r>
        <w:t xml:space="preserve">☐ </w:t>
      </w:r>
      <w:proofErr w:type="spellStart"/>
      <w:r>
        <w:t>erede</w:t>
      </w:r>
      <w:proofErr w:type="spellEnd"/>
      <w:r>
        <w:t xml:space="preserve"> di:</w:t>
      </w:r>
    </w:p>
    <w:p w14:paraId="1FD3B93E" w14:textId="77777777" w:rsidR="001907A7" w:rsidRDefault="001907A7" w:rsidP="00A730BA">
      <w:pPr>
        <w:spacing w:after="20" w:line="240" w:lineRule="exact"/>
      </w:pPr>
      <w:proofErr w:type="spellStart"/>
      <w:r>
        <w:t>Cognome</w:t>
      </w:r>
      <w:proofErr w:type="spellEnd"/>
      <w:r>
        <w:t xml:space="preserve"> e </w:t>
      </w:r>
      <w:proofErr w:type="spellStart"/>
      <w:r>
        <w:t>nome</w:t>
      </w:r>
      <w:proofErr w:type="spellEnd"/>
      <w:r>
        <w:t xml:space="preserve"> /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 ______________________________________________________________________________</w:t>
      </w:r>
    </w:p>
    <w:p w14:paraId="187631E1" w14:textId="77777777" w:rsidR="001907A7" w:rsidRDefault="001907A7" w:rsidP="00A730BA">
      <w:pPr>
        <w:spacing w:after="20" w:line="240" w:lineRule="exact"/>
      </w:pPr>
      <w:r>
        <w:t xml:space="preserve">☐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titolo</w:t>
      </w:r>
      <w:proofErr w:type="spellEnd"/>
      <w:r>
        <w:t>:</w:t>
      </w:r>
    </w:p>
    <w:p w14:paraId="09643A9E" w14:textId="77777777" w:rsidR="001907A7" w:rsidRDefault="001907A7" w:rsidP="00A730BA">
      <w:pPr>
        <w:spacing w:after="20" w:line="240" w:lineRule="exact"/>
      </w:pPr>
      <w:proofErr w:type="spellStart"/>
      <w:r>
        <w:t>Specificare</w:t>
      </w:r>
      <w:proofErr w:type="spellEnd"/>
      <w:r>
        <w:t>: ______________________________________________________________________________</w:t>
      </w:r>
    </w:p>
    <w:p w14:paraId="65296383" w14:textId="77777777" w:rsidR="001907A7" w:rsidRDefault="001907A7" w:rsidP="00A730BA">
      <w:pPr>
        <w:spacing w:after="60" w:line="240" w:lineRule="exact"/>
        <w:rPr>
          <w:b/>
        </w:rPr>
      </w:pPr>
      <w:r>
        <w:rPr>
          <w:b/>
        </w:rPr>
        <w:t>RIFERIMENTI DELLA COMUNICAZIONE DEL COMUNE</w:t>
      </w:r>
    </w:p>
    <w:p w14:paraId="6413AD88" w14:textId="77777777" w:rsidR="00172469" w:rsidRDefault="00172469" w:rsidP="00A730BA">
      <w:pPr>
        <w:spacing w:after="60" w:line="240" w:lineRule="exact"/>
      </w:pPr>
    </w:p>
    <w:p w14:paraId="7FDB878E" w14:textId="77777777" w:rsidR="001907A7" w:rsidRDefault="001907A7" w:rsidP="00A730BA">
      <w:pPr>
        <w:spacing w:after="20" w:line="240" w:lineRule="exact"/>
      </w:pPr>
      <w:proofErr w:type="spellStart"/>
      <w:r>
        <w:t>Numero</w:t>
      </w:r>
      <w:proofErr w:type="spellEnd"/>
      <w:r>
        <w:t>/</w:t>
      </w:r>
      <w:proofErr w:type="spellStart"/>
      <w:r>
        <w:t>protocollo</w:t>
      </w:r>
      <w:proofErr w:type="spellEnd"/>
      <w:r>
        <w:t xml:space="preserve"> della </w:t>
      </w:r>
      <w:proofErr w:type="spellStart"/>
      <w:r>
        <w:t>comunicazione</w:t>
      </w:r>
      <w:proofErr w:type="spellEnd"/>
      <w:r>
        <w:t>: ______________________________________________________________________________</w:t>
      </w:r>
    </w:p>
    <w:p w14:paraId="23EC532A" w14:textId="77777777" w:rsidR="001907A7" w:rsidRDefault="001907A7" w:rsidP="00A730BA">
      <w:pPr>
        <w:spacing w:after="20" w:line="240" w:lineRule="exact"/>
      </w:pPr>
      <w:r>
        <w:t>Data: ______________________________________________________________________________</w:t>
      </w:r>
    </w:p>
    <w:p w14:paraId="3C3F4069" w14:textId="77777777" w:rsidR="001907A7" w:rsidRDefault="001907A7" w:rsidP="00A730BA">
      <w:pPr>
        <w:spacing w:after="20" w:line="240" w:lineRule="exact"/>
      </w:pPr>
      <w:proofErr w:type="spellStart"/>
      <w:r>
        <w:t>Importo</w:t>
      </w:r>
      <w:proofErr w:type="spellEnd"/>
      <w:r>
        <w:t xml:space="preserve"> </w:t>
      </w:r>
      <w:proofErr w:type="spellStart"/>
      <w:r>
        <w:t>complessivo</w:t>
      </w:r>
      <w:proofErr w:type="spellEnd"/>
      <w:r>
        <w:t xml:space="preserve"> </w:t>
      </w:r>
      <w:proofErr w:type="spellStart"/>
      <w:r>
        <w:t>comunicato</w:t>
      </w:r>
      <w:proofErr w:type="spellEnd"/>
      <w:r>
        <w:t xml:space="preserve"> ai </w:t>
      </w:r>
      <w:proofErr w:type="spellStart"/>
      <w:r>
        <w:t>fini</w:t>
      </w:r>
      <w:proofErr w:type="spellEnd"/>
      <w:r>
        <w:t xml:space="preserve"> della </w:t>
      </w:r>
      <w:proofErr w:type="spellStart"/>
      <w:r>
        <w:t>definizione</w:t>
      </w:r>
      <w:proofErr w:type="spellEnd"/>
      <w:r>
        <w:t xml:space="preserve"> (€): ______________________________________________________________________________</w:t>
      </w:r>
    </w:p>
    <w:p w14:paraId="150A848C" w14:textId="77777777" w:rsidR="00172469" w:rsidRDefault="00172469" w:rsidP="00A730BA">
      <w:pPr>
        <w:spacing w:after="60" w:line="240" w:lineRule="exact"/>
        <w:rPr>
          <w:b/>
        </w:rPr>
      </w:pPr>
    </w:p>
    <w:p w14:paraId="6196C0ED" w14:textId="61F527F3" w:rsidR="001907A7" w:rsidRDefault="001907A7" w:rsidP="00A730BA">
      <w:pPr>
        <w:spacing w:after="60" w:line="240" w:lineRule="exact"/>
      </w:pPr>
      <w:r>
        <w:rPr>
          <w:b/>
        </w:rPr>
        <w:t>DEBITI OGGETTO DI ADESIONE</w:t>
      </w:r>
    </w:p>
    <w:p w14:paraId="6F743A8F" w14:textId="77777777" w:rsidR="001907A7" w:rsidRDefault="001907A7" w:rsidP="00A730BA">
      <w:pPr>
        <w:spacing w:after="60" w:line="240" w:lineRule="exact"/>
      </w:pPr>
      <w:r>
        <w:rPr>
          <w:sz w:val="18"/>
        </w:rPr>
        <w:t xml:space="preserve">Il/La </w:t>
      </w:r>
      <w:proofErr w:type="spellStart"/>
      <w:r>
        <w:rPr>
          <w:sz w:val="18"/>
        </w:rPr>
        <w:t>dichiarante</w:t>
      </w:r>
      <w:proofErr w:type="spellEnd"/>
      <w:r>
        <w:rPr>
          <w:sz w:val="18"/>
        </w:rPr>
        <w:t xml:space="preserve"> indica </w:t>
      </w:r>
      <w:proofErr w:type="spellStart"/>
      <w:r>
        <w:rPr>
          <w:sz w:val="18"/>
        </w:rPr>
        <w:t>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singoli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debiti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che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intende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definire</w:t>
      </w:r>
      <w:proofErr w:type="spellEnd"/>
      <w:r>
        <w:rPr>
          <w:sz w:val="18"/>
        </w:rPr>
        <w:t xml:space="preserve">, come </w:t>
      </w:r>
      <w:proofErr w:type="spellStart"/>
      <w:r>
        <w:rPr>
          <w:sz w:val="18"/>
        </w:rPr>
        <w:t>risultanti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dalla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comunicazione</w:t>
      </w:r>
      <w:proofErr w:type="spellEnd"/>
      <w:r>
        <w:rPr>
          <w:sz w:val="18"/>
        </w:rPr>
        <w:t xml:space="preserve"> del Comune: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35"/>
        <w:gridCol w:w="2031"/>
        <w:gridCol w:w="2042"/>
        <w:gridCol w:w="2037"/>
        <w:gridCol w:w="2045"/>
      </w:tblGrid>
      <w:tr w:rsidR="001907A7" w14:paraId="5D23AFAF" w14:textId="77777777" w:rsidTr="009D0A25">
        <w:trPr>
          <w:jc w:val="center"/>
        </w:trPr>
        <w:tc>
          <w:tcPr>
            <w:tcW w:w="2062" w:type="dxa"/>
            <w:vAlign w:val="center"/>
          </w:tcPr>
          <w:p w14:paraId="58F76075" w14:textId="72875921" w:rsidR="001907A7" w:rsidRDefault="001907A7" w:rsidP="00A730BA">
            <w:pPr>
              <w:spacing w:line="240" w:lineRule="exact"/>
            </w:pPr>
            <w:proofErr w:type="spellStart"/>
            <w:r>
              <w:t>Tributo</w:t>
            </w:r>
            <w:proofErr w:type="spellEnd"/>
          </w:p>
        </w:tc>
        <w:tc>
          <w:tcPr>
            <w:tcW w:w="2062" w:type="dxa"/>
            <w:vAlign w:val="center"/>
          </w:tcPr>
          <w:p w14:paraId="253C408C" w14:textId="77777777" w:rsidR="001907A7" w:rsidRDefault="001907A7" w:rsidP="00A730BA">
            <w:pPr>
              <w:spacing w:line="240" w:lineRule="exact"/>
            </w:pPr>
            <w:r>
              <w:t>Anno</w:t>
            </w:r>
          </w:p>
        </w:tc>
        <w:tc>
          <w:tcPr>
            <w:tcW w:w="2062" w:type="dxa"/>
            <w:vAlign w:val="center"/>
          </w:tcPr>
          <w:p w14:paraId="1384FEBF" w14:textId="77777777" w:rsidR="001907A7" w:rsidRDefault="001907A7" w:rsidP="00A730BA">
            <w:pPr>
              <w:spacing w:line="240" w:lineRule="exact"/>
            </w:pPr>
            <w:r>
              <w:t xml:space="preserve">N. </w:t>
            </w:r>
            <w:proofErr w:type="spellStart"/>
            <w:r>
              <w:t>avviso</w:t>
            </w:r>
            <w:proofErr w:type="spellEnd"/>
            <w:r>
              <w:t>/</w:t>
            </w:r>
            <w:proofErr w:type="spellStart"/>
            <w:r>
              <w:t>atto</w:t>
            </w:r>
            <w:proofErr w:type="spellEnd"/>
          </w:p>
        </w:tc>
        <w:tc>
          <w:tcPr>
            <w:tcW w:w="2062" w:type="dxa"/>
            <w:vAlign w:val="center"/>
          </w:tcPr>
          <w:p w14:paraId="702DAE97" w14:textId="77777777" w:rsidR="001907A7" w:rsidRDefault="001907A7" w:rsidP="00A730BA">
            <w:pPr>
              <w:spacing w:line="240" w:lineRule="exact"/>
            </w:pPr>
            <w:r>
              <w:t xml:space="preserve">Capitale + </w:t>
            </w:r>
            <w:proofErr w:type="spellStart"/>
            <w:r>
              <w:t>interessi</w:t>
            </w:r>
            <w:proofErr w:type="spellEnd"/>
            <w:r>
              <w:t xml:space="preserve"> (€)</w:t>
            </w:r>
          </w:p>
        </w:tc>
        <w:tc>
          <w:tcPr>
            <w:tcW w:w="2062" w:type="dxa"/>
            <w:vAlign w:val="center"/>
          </w:tcPr>
          <w:p w14:paraId="238FC274" w14:textId="77777777" w:rsidR="001907A7" w:rsidRDefault="001907A7" w:rsidP="00A730BA">
            <w:pPr>
              <w:spacing w:line="240" w:lineRule="exact"/>
            </w:pPr>
            <w:proofErr w:type="spellStart"/>
            <w:r>
              <w:t>Spese</w:t>
            </w:r>
            <w:proofErr w:type="spellEnd"/>
            <w:r>
              <w:t>/</w:t>
            </w:r>
            <w:proofErr w:type="spellStart"/>
            <w:r>
              <w:t>oneri</w:t>
            </w:r>
            <w:proofErr w:type="spellEnd"/>
            <w:r>
              <w:t xml:space="preserve"> (€)</w:t>
            </w:r>
          </w:p>
        </w:tc>
      </w:tr>
      <w:tr w:rsidR="001907A7" w14:paraId="74C3B0C8" w14:textId="77777777" w:rsidTr="009D0A25">
        <w:trPr>
          <w:jc w:val="center"/>
        </w:trPr>
        <w:tc>
          <w:tcPr>
            <w:tcW w:w="2062" w:type="dxa"/>
            <w:vAlign w:val="center"/>
          </w:tcPr>
          <w:p w14:paraId="3D17BAB8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5262FF22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3AE29079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20CD329F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7B1BCE3B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</w:tr>
      <w:tr w:rsidR="001907A7" w14:paraId="2A210DEE" w14:textId="77777777" w:rsidTr="009D0A25">
        <w:trPr>
          <w:jc w:val="center"/>
        </w:trPr>
        <w:tc>
          <w:tcPr>
            <w:tcW w:w="2062" w:type="dxa"/>
            <w:vAlign w:val="center"/>
          </w:tcPr>
          <w:p w14:paraId="1261D288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DD67835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37CE6A10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04C7B55E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7C858A8C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</w:tr>
      <w:tr w:rsidR="001907A7" w14:paraId="34028284" w14:textId="77777777" w:rsidTr="009D0A25">
        <w:trPr>
          <w:jc w:val="center"/>
        </w:trPr>
        <w:tc>
          <w:tcPr>
            <w:tcW w:w="2062" w:type="dxa"/>
            <w:vAlign w:val="center"/>
          </w:tcPr>
          <w:p w14:paraId="51201AAF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57AC8064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0FC66DD9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A70D86D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662BA915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</w:tr>
      <w:tr w:rsidR="001907A7" w14:paraId="3DCFBFCB" w14:textId="77777777" w:rsidTr="009D0A25">
        <w:trPr>
          <w:jc w:val="center"/>
        </w:trPr>
        <w:tc>
          <w:tcPr>
            <w:tcW w:w="2062" w:type="dxa"/>
            <w:vAlign w:val="center"/>
          </w:tcPr>
          <w:p w14:paraId="5F55CD68" w14:textId="77777777" w:rsidR="001907A7" w:rsidRDefault="001907A7" w:rsidP="00A730BA">
            <w:pPr>
              <w:spacing w:line="240" w:lineRule="exact"/>
            </w:pPr>
            <w:r>
              <w:lastRenderedPageBreak/>
              <w:br/>
            </w:r>
          </w:p>
        </w:tc>
        <w:tc>
          <w:tcPr>
            <w:tcW w:w="2062" w:type="dxa"/>
            <w:vAlign w:val="center"/>
          </w:tcPr>
          <w:p w14:paraId="79B5E53F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52289341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79A5F7B5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6F1CC573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</w:tr>
      <w:tr w:rsidR="001907A7" w14:paraId="3833247B" w14:textId="77777777" w:rsidTr="009D0A25">
        <w:trPr>
          <w:jc w:val="center"/>
        </w:trPr>
        <w:tc>
          <w:tcPr>
            <w:tcW w:w="2062" w:type="dxa"/>
            <w:vAlign w:val="center"/>
          </w:tcPr>
          <w:p w14:paraId="65FDA1B1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E30E010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4109AB5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C0BE3E0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7F31E535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</w:tr>
      <w:tr w:rsidR="001907A7" w14:paraId="63963FA7" w14:textId="77777777" w:rsidTr="009D0A25">
        <w:trPr>
          <w:jc w:val="center"/>
        </w:trPr>
        <w:tc>
          <w:tcPr>
            <w:tcW w:w="2062" w:type="dxa"/>
            <w:vAlign w:val="center"/>
          </w:tcPr>
          <w:p w14:paraId="1D0B50D6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5628E686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7A209923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F9FDA96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  <w:tc>
          <w:tcPr>
            <w:tcW w:w="2062" w:type="dxa"/>
            <w:vAlign w:val="center"/>
          </w:tcPr>
          <w:p w14:paraId="42918488" w14:textId="77777777" w:rsidR="001907A7" w:rsidRDefault="001907A7" w:rsidP="00A730BA">
            <w:pPr>
              <w:spacing w:line="240" w:lineRule="exact"/>
            </w:pPr>
            <w:r>
              <w:br/>
            </w:r>
          </w:p>
        </w:tc>
      </w:tr>
    </w:tbl>
    <w:p w14:paraId="3F1B3E29" w14:textId="77777777" w:rsidR="00172469" w:rsidRDefault="00172469" w:rsidP="00A730BA">
      <w:pPr>
        <w:spacing w:after="60" w:line="240" w:lineRule="exact"/>
        <w:jc w:val="center"/>
        <w:rPr>
          <w:b/>
          <w:sz w:val="22"/>
        </w:rPr>
      </w:pPr>
    </w:p>
    <w:p w14:paraId="1614D93D" w14:textId="4F8BBE95" w:rsidR="001907A7" w:rsidRDefault="001907A7" w:rsidP="00A730BA">
      <w:pPr>
        <w:spacing w:after="60" w:line="240" w:lineRule="exact"/>
        <w:jc w:val="center"/>
      </w:pPr>
      <w:r>
        <w:rPr>
          <w:b/>
          <w:sz w:val="22"/>
        </w:rPr>
        <w:t>DICHIARA DI VOLERSI AVVALERE DELLA DEFINIZIONE AGEVOLATA</w:t>
      </w:r>
    </w:p>
    <w:p w14:paraId="38DEBE65" w14:textId="77777777" w:rsidR="001907A7" w:rsidRDefault="001907A7" w:rsidP="00A730BA">
      <w:pPr>
        <w:spacing w:after="60" w:line="240" w:lineRule="exact"/>
      </w:pPr>
      <w:r>
        <w:rPr>
          <w:sz w:val="18"/>
        </w:rPr>
        <w:t xml:space="preserve">per </w:t>
      </w:r>
      <w:proofErr w:type="spellStart"/>
      <w:r>
        <w:rPr>
          <w:sz w:val="18"/>
        </w:rPr>
        <w:t>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debiti</w:t>
      </w:r>
      <w:proofErr w:type="spellEnd"/>
      <w:r>
        <w:rPr>
          <w:sz w:val="18"/>
        </w:rPr>
        <w:t xml:space="preserve"> sopra </w:t>
      </w:r>
      <w:proofErr w:type="spellStart"/>
      <w:r>
        <w:rPr>
          <w:sz w:val="18"/>
        </w:rPr>
        <w:t>indicati</w:t>
      </w:r>
      <w:proofErr w:type="spellEnd"/>
      <w:r>
        <w:rPr>
          <w:sz w:val="18"/>
        </w:rPr>
        <w:t xml:space="preserve">, alle </w:t>
      </w:r>
      <w:proofErr w:type="spellStart"/>
      <w:r>
        <w:rPr>
          <w:sz w:val="18"/>
        </w:rPr>
        <w:t>condizioni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previste</w:t>
      </w:r>
      <w:proofErr w:type="spellEnd"/>
      <w:r>
        <w:rPr>
          <w:sz w:val="18"/>
        </w:rPr>
        <w:t xml:space="preserve"> dal </w:t>
      </w:r>
      <w:proofErr w:type="spellStart"/>
      <w:r>
        <w:rPr>
          <w:sz w:val="18"/>
        </w:rPr>
        <w:t>Regolamento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comunale</w:t>
      </w:r>
      <w:proofErr w:type="spellEnd"/>
      <w:r>
        <w:rPr>
          <w:sz w:val="18"/>
        </w:rPr>
        <w:t>.</w:t>
      </w:r>
    </w:p>
    <w:p w14:paraId="2AFEB3B9" w14:textId="77777777" w:rsidR="00172469" w:rsidRDefault="00172469" w:rsidP="00A730BA">
      <w:pPr>
        <w:spacing w:after="60" w:line="240" w:lineRule="exact"/>
        <w:rPr>
          <w:b/>
        </w:rPr>
      </w:pPr>
    </w:p>
    <w:p w14:paraId="543AFC3C" w14:textId="132C712E" w:rsidR="001907A7" w:rsidRDefault="001907A7" w:rsidP="00A730BA">
      <w:pPr>
        <w:spacing w:after="60" w:line="240" w:lineRule="exact"/>
      </w:pPr>
      <w:r>
        <w:rPr>
          <w:b/>
        </w:rPr>
        <w:t>SCELTA DELLA MODALITÀ DI PAGAMENTO</w:t>
      </w:r>
    </w:p>
    <w:p w14:paraId="75EB77F0" w14:textId="77777777" w:rsidR="001907A7" w:rsidRDefault="001907A7" w:rsidP="00A730BA">
      <w:pPr>
        <w:spacing w:after="20" w:line="240" w:lineRule="exact"/>
      </w:pPr>
      <w:r>
        <w:t xml:space="preserve">☐ VERSAMENTO IN UNICA SOLUZIONE – </w:t>
      </w:r>
      <w:proofErr w:type="spellStart"/>
      <w:r>
        <w:t>entro</w:t>
      </w:r>
      <w:proofErr w:type="spellEnd"/>
      <w:r>
        <w:t xml:space="preserve"> il 31 </w:t>
      </w:r>
      <w:proofErr w:type="spellStart"/>
      <w:r>
        <w:t>gennaio</w:t>
      </w:r>
      <w:proofErr w:type="spellEnd"/>
      <w:r>
        <w:t xml:space="preserve"> 2027.</w:t>
      </w:r>
    </w:p>
    <w:p w14:paraId="57E4EE59" w14:textId="48FEDEF7" w:rsidR="00172469" w:rsidRPr="00A730BA" w:rsidRDefault="001907A7" w:rsidP="00A730BA">
      <w:pPr>
        <w:spacing w:after="20" w:line="240" w:lineRule="exact"/>
      </w:pPr>
      <w:r>
        <w:t xml:space="preserve">☐ VERSAMENTO RATEALE – n. ______ rate, </w:t>
      </w:r>
      <w:proofErr w:type="spellStart"/>
      <w:r>
        <w:t>comunque</w:t>
      </w:r>
      <w:proofErr w:type="spellEnd"/>
      <w:r>
        <w:t xml:space="preserve"> non </w:t>
      </w:r>
      <w:proofErr w:type="spellStart"/>
      <w:r>
        <w:t>superiori</w:t>
      </w:r>
      <w:proofErr w:type="spellEnd"/>
      <w:r>
        <w:t xml:space="preserve"> al </w:t>
      </w:r>
      <w:proofErr w:type="spellStart"/>
      <w:r>
        <w:t>numero</w:t>
      </w:r>
      <w:proofErr w:type="spellEnd"/>
      <w:r>
        <w:t xml:space="preserve"> </w:t>
      </w:r>
      <w:proofErr w:type="spellStart"/>
      <w:r>
        <w:t>massimo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3, comma 2, del </w:t>
      </w:r>
      <w:proofErr w:type="spellStart"/>
      <w:r>
        <w:t>Regolamento</w:t>
      </w:r>
      <w:proofErr w:type="spellEnd"/>
      <w:r>
        <w:t xml:space="preserve"> e con </w:t>
      </w:r>
      <w:proofErr w:type="spellStart"/>
      <w:r>
        <w:t>importo</w:t>
      </w:r>
      <w:proofErr w:type="spellEnd"/>
      <w:r>
        <w:t xml:space="preserve"> di </w:t>
      </w:r>
      <w:proofErr w:type="spellStart"/>
      <w:r>
        <w:t>ciascuna</w:t>
      </w:r>
      <w:proofErr w:type="spellEnd"/>
      <w:r>
        <w:t xml:space="preserve"> rata non </w:t>
      </w:r>
      <w:proofErr w:type="spellStart"/>
      <w:r>
        <w:t>inferiore</w:t>
      </w:r>
      <w:proofErr w:type="spellEnd"/>
      <w:r>
        <w:t xml:space="preserve"> a € 100,00</w:t>
      </w:r>
      <w:r w:rsidR="008D1C90">
        <w:t xml:space="preserve"> </w:t>
      </w:r>
      <w:proofErr w:type="spellStart"/>
      <w:r w:rsidR="008D1C90">
        <w:t>seguendo</w:t>
      </w:r>
      <w:proofErr w:type="spellEnd"/>
      <w:r w:rsidR="008D1C90">
        <w:t xml:space="preserve"> le </w:t>
      </w:r>
      <w:proofErr w:type="spellStart"/>
      <w:r w:rsidR="008D1C90">
        <w:t>indicazioni</w:t>
      </w:r>
      <w:proofErr w:type="spellEnd"/>
      <w:r w:rsidR="008D1C90">
        <w:t xml:space="preserve"> della </w:t>
      </w:r>
      <w:proofErr w:type="spellStart"/>
      <w:r w:rsidR="008D1C90">
        <w:t>tabella</w:t>
      </w:r>
      <w:proofErr w:type="spellEnd"/>
      <w:r w:rsidR="008D1C90">
        <w:t xml:space="preserve"> </w:t>
      </w:r>
      <w:proofErr w:type="spellStart"/>
      <w:r w:rsidR="008D1C90">
        <w:t>sottostante</w:t>
      </w:r>
      <w:proofErr w:type="spellEnd"/>
      <w:r w:rsidR="008D1C90">
        <w:t>.</w:t>
      </w:r>
    </w:p>
    <w:p w14:paraId="765C374C" w14:textId="08419B06" w:rsidR="001907A7" w:rsidRDefault="001907A7" w:rsidP="00A730BA">
      <w:pPr>
        <w:spacing w:after="60" w:line="240" w:lineRule="exact"/>
      </w:pPr>
      <w:proofErr w:type="spellStart"/>
      <w:r>
        <w:rPr>
          <w:b/>
          <w:sz w:val="18"/>
        </w:rPr>
        <w:t>Numero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massimo</w:t>
      </w:r>
      <w:proofErr w:type="spellEnd"/>
      <w:r>
        <w:rPr>
          <w:b/>
          <w:sz w:val="18"/>
        </w:rPr>
        <w:t xml:space="preserve"> di rate </w:t>
      </w:r>
      <w:proofErr w:type="spellStart"/>
      <w:r>
        <w:rPr>
          <w:b/>
          <w:sz w:val="18"/>
        </w:rPr>
        <w:t>previsto</w:t>
      </w:r>
      <w:proofErr w:type="spellEnd"/>
      <w:r>
        <w:rPr>
          <w:b/>
          <w:sz w:val="18"/>
        </w:rPr>
        <w:t xml:space="preserve"> dal </w:t>
      </w:r>
      <w:proofErr w:type="spellStart"/>
      <w:r>
        <w:rPr>
          <w:b/>
          <w:sz w:val="18"/>
        </w:rPr>
        <w:t>Regolamento</w:t>
      </w:r>
      <w:proofErr w:type="spellEnd"/>
      <w:r>
        <w:rPr>
          <w:b/>
          <w:sz w:val="18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1907A7" w14:paraId="28CA0AC2" w14:textId="77777777" w:rsidTr="009D0A25">
        <w:trPr>
          <w:jc w:val="center"/>
        </w:trPr>
        <w:tc>
          <w:tcPr>
            <w:tcW w:w="5156" w:type="dxa"/>
            <w:vAlign w:val="center"/>
          </w:tcPr>
          <w:p w14:paraId="4AC24C9B" w14:textId="77777777" w:rsidR="001907A7" w:rsidRDefault="001907A7" w:rsidP="00A730BA">
            <w:pPr>
              <w:spacing w:line="240" w:lineRule="exact"/>
            </w:pPr>
            <w:proofErr w:type="spellStart"/>
            <w:r>
              <w:t>Importo</w:t>
            </w:r>
            <w:proofErr w:type="spellEnd"/>
            <w:r>
              <w:t xml:space="preserve"> </w:t>
            </w:r>
            <w:proofErr w:type="spellStart"/>
            <w:r>
              <w:t>dovuto</w:t>
            </w:r>
            <w:proofErr w:type="spellEnd"/>
            <w:r>
              <w:t xml:space="preserve"> a </w:t>
            </w:r>
            <w:proofErr w:type="spellStart"/>
            <w:r>
              <w:t>titolo</w:t>
            </w:r>
            <w:proofErr w:type="spellEnd"/>
            <w:r>
              <w:t xml:space="preserve"> di </w:t>
            </w:r>
            <w:proofErr w:type="spellStart"/>
            <w:r>
              <w:t>capitale</w:t>
            </w:r>
            <w:proofErr w:type="spellEnd"/>
            <w:r>
              <w:t xml:space="preserve"> e </w:t>
            </w:r>
            <w:proofErr w:type="spellStart"/>
            <w:r>
              <w:t>interessi</w:t>
            </w:r>
            <w:proofErr w:type="spellEnd"/>
          </w:p>
        </w:tc>
        <w:tc>
          <w:tcPr>
            <w:tcW w:w="5156" w:type="dxa"/>
            <w:vAlign w:val="center"/>
          </w:tcPr>
          <w:p w14:paraId="1B01A2AA" w14:textId="77777777" w:rsidR="001907A7" w:rsidRDefault="001907A7" w:rsidP="00A730BA">
            <w:pPr>
              <w:spacing w:line="240" w:lineRule="exact"/>
              <w:jc w:val="center"/>
            </w:pPr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massimo</w:t>
            </w:r>
            <w:proofErr w:type="spellEnd"/>
            <w:r>
              <w:t xml:space="preserve"> di rate</w:t>
            </w:r>
          </w:p>
        </w:tc>
      </w:tr>
      <w:tr w:rsidR="001907A7" w14:paraId="593CF94D" w14:textId="77777777" w:rsidTr="009D0A25">
        <w:trPr>
          <w:jc w:val="center"/>
        </w:trPr>
        <w:tc>
          <w:tcPr>
            <w:tcW w:w="5156" w:type="dxa"/>
            <w:vAlign w:val="center"/>
          </w:tcPr>
          <w:p w14:paraId="6A0B7463" w14:textId="77777777" w:rsidR="001907A7" w:rsidRDefault="001907A7" w:rsidP="00A730BA">
            <w:pPr>
              <w:spacing w:line="240" w:lineRule="exact"/>
            </w:pPr>
            <w:r>
              <w:t>Fino a € 400,00</w:t>
            </w:r>
          </w:p>
        </w:tc>
        <w:tc>
          <w:tcPr>
            <w:tcW w:w="5156" w:type="dxa"/>
            <w:vAlign w:val="center"/>
          </w:tcPr>
          <w:p w14:paraId="547CF7D8" w14:textId="77777777" w:rsidR="001907A7" w:rsidRDefault="001907A7" w:rsidP="00A730BA">
            <w:pPr>
              <w:spacing w:line="240" w:lineRule="exact"/>
              <w:jc w:val="center"/>
            </w:pPr>
            <w:r>
              <w:t>2</w:t>
            </w:r>
          </w:p>
        </w:tc>
      </w:tr>
      <w:tr w:rsidR="001907A7" w14:paraId="7869C45C" w14:textId="77777777" w:rsidTr="009D0A25">
        <w:trPr>
          <w:jc w:val="center"/>
        </w:trPr>
        <w:tc>
          <w:tcPr>
            <w:tcW w:w="5156" w:type="dxa"/>
            <w:vAlign w:val="center"/>
          </w:tcPr>
          <w:p w14:paraId="1334E507" w14:textId="77777777" w:rsidR="001907A7" w:rsidRDefault="001907A7" w:rsidP="00A730BA">
            <w:pPr>
              <w:spacing w:line="240" w:lineRule="exact"/>
            </w:pPr>
            <w:proofErr w:type="spellStart"/>
            <w:r>
              <w:t>Oltre</w:t>
            </w:r>
            <w:proofErr w:type="spellEnd"/>
            <w:r>
              <w:t xml:space="preserve"> € 400,00 e </w:t>
            </w:r>
            <w:proofErr w:type="spellStart"/>
            <w:r>
              <w:t>fino</w:t>
            </w:r>
            <w:proofErr w:type="spellEnd"/>
            <w:r>
              <w:t xml:space="preserve"> a € 2.000,00</w:t>
            </w:r>
          </w:p>
        </w:tc>
        <w:tc>
          <w:tcPr>
            <w:tcW w:w="5156" w:type="dxa"/>
            <w:vAlign w:val="center"/>
          </w:tcPr>
          <w:p w14:paraId="6F430027" w14:textId="77777777" w:rsidR="001907A7" w:rsidRDefault="001907A7" w:rsidP="00A730BA">
            <w:pPr>
              <w:spacing w:line="240" w:lineRule="exact"/>
              <w:jc w:val="center"/>
            </w:pPr>
            <w:r>
              <w:t>4</w:t>
            </w:r>
          </w:p>
        </w:tc>
      </w:tr>
      <w:tr w:rsidR="001907A7" w14:paraId="3B00E730" w14:textId="77777777" w:rsidTr="009D0A25">
        <w:trPr>
          <w:jc w:val="center"/>
        </w:trPr>
        <w:tc>
          <w:tcPr>
            <w:tcW w:w="5156" w:type="dxa"/>
            <w:vAlign w:val="center"/>
          </w:tcPr>
          <w:p w14:paraId="0C9F08B8" w14:textId="77777777" w:rsidR="001907A7" w:rsidRDefault="001907A7" w:rsidP="00A730BA">
            <w:pPr>
              <w:spacing w:line="240" w:lineRule="exact"/>
            </w:pPr>
            <w:proofErr w:type="spellStart"/>
            <w:r>
              <w:t>Oltre</w:t>
            </w:r>
            <w:proofErr w:type="spellEnd"/>
            <w:r>
              <w:t xml:space="preserve"> € 2.000,00 e </w:t>
            </w:r>
            <w:proofErr w:type="spellStart"/>
            <w:r>
              <w:t>fino</w:t>
            </w:r>
            <w:proofErr w:type="spellEnd"/>
            <w:r>
              <w:t xml:space="preserve"> a € 4.000,00</w:t>
            </w:r>
          </w:p>
        </w:tc>
        <w:tc>
          <w:tcPr>
            <w:tcW w:w="5156" w:type="dxa"/>
            <w:vAlign w:val="center"/>
          </w:tcPr>
          <w:p w14:paraId="4C1E21BB" w14:textId="77777777" w:rsidR="001907A7" w:rsidRDefault="001907A7" w:rsidP="00A730BA">
            <w:pPr>
              <w:spacing w:line="240" w:lineRule="exact"/>
              <w:jc w:val="center"/>
            </w:pPr>
            <w:r>
              <w:t>8</w:t>
            </w:r>
          </w:p>
        </w:tc>
      </w:tr>
      <w:tr w:rsidR="001907A7" w14:paraId="334DC7A7" w14:textId="77777777" w:rsidTr="009D0A25">
        <w:trPr>
          <w:jc w:val="center"/>
        </w:trPr>
        <w:tc>
          <w:tcPr>
            <w:tcW w:w="5156" w:type="dxa"/>
            <w:vAlign w:val="center"/>
          </w:tcPr>
          <w:p w14:paraId="2CB1F7A0" w14:textId="77777777" w:rsidR="001907A7" w:rsidRDefault="001907A7" w:rsidP="00A730BA">
            <w:pPr>
              <w:spacing w:line="240" w:lineRule="exact"/>
            </w:pPr>
            <w:proofErr w:type="spellStart"/>
            <w:r>
              <w:t>Oltre</w:t>
            </w:r>
            <w:proofErr w:type="spellEnd"/>
            <w:r>
              <w:t xml:space="preserve"> € 4.000,00 e </w:t>
            </w:r>
            <w:proofErr w:type="spellStart"/>
            <w:r>
              <w:t>fino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€ 8.000,00</w:t>
            </w:r>
          </w:p>
        </w:tc>
        <w:tc>
          <w:tcPr>
            <w:tcW w:w="5156" w:type="dxa"/>
            <w:vAlign w:val="center"/>
          </w:tcPr>
          <w:p w14:paraId="42759123" w14:textId="77777777" w:rsidR="001907A7" w:rsidRDefault="001907A7" w:rsidP="00A730BA">
            <w:pPr>
              <w:spacing w:line="240" w:lineRule="exact"/>
              <w:jc w:val="center"/>
            </w:pPr>
            <w:r>
              <w:t>12</w:t>
            </w:r>
          </w:p>
        </w:tc>
      </w:tr>
      <w:tr w:rsidR="001907A7" w14:paraId="716BCD0C" w14:textId="77777777" w:rsidTr="009D0A25">
        <w:trPr>
          <w:jc w:val="center"/>
        </w:trPr>
        <w:tc>
          <w:tcPr>
            <w:tcW w:w="5156" w:type="dxa"/>
            <w:vAlign w:val="center"/>
          </w:tcPr>
          <w:p w14:paraId="49F126A3" w14:textId="77777777" w:rsidR="001907A7" w:rsidRDefault="001907A7" w:rsidP="00A730BA">
            <w:pPr>
              <w:spacing w:line="240" w:lineRule="exact"/>
            </w:pPr>
            <w:proofErr w:type="spellStart"/>
            <w:r>
              <w:t>Oltre</w:t>
            </w:r>
            <w:proofErr w:type="spellEnd"/>
            <w:r>
              <w:t xml:space="preserve"> € 8.000,00</w:t>
            </w:r>
          </w:p>
        </w:tc>
        <w:tc>
          <w:tcPr>
            <w:tcW w:w="5156" w:type="dxa"/>
            <w:vAlign w:val="center"/>
          </w:tcPr>
          <w:p w14:paraId="4364144E" w14:textId="77777777" w:rsidR="001907A7" w:rsidRDefault="001907A7" w:rsidP="00A730BA">
            <w:pPr>
              <w:spacing w:line="240" w:lineRule="exact"/>
              <w:jc w:val="center"/>
            </w:pPr>
            <w:r>
              <w:t>18</w:t>
            </w:r>
          </w:p>
        </w:tc>
      </w:tr>
    </w:tbl>
    <w:p w14:paraId="4FA647F5" w14:textId="77777777" w:rsidR="001907A7" w:rsidRDefault="001907A7" w:rsidP="00A730BA">
      <w:pPr>
        <w:spacing w:after="60" w:line="240" w:lineRule="exact"/>
      </w:pPr>
      <w:r>
        <w:rPr>
          <w:sz w:val="16"/>
        </w:rPr>
        <w:t xml:space="preserve">Il Comune </w:t>
      </w:r>
      <w:proofErr w:type="spellStart"/>
      <w:r>
        <w:rPr>
          <w:sz w:val="16"/>
        </w:rPr>
        <w:t>comunica</w:t>
      </w:r>
      <w:proofErr w:type="spellEnd"/>
      <w:r>
        <w:rPr>
          <w:sz w:val="16"/>
        </w:rPr>
        <w:t xml:space="preserve"> le </w:t>
      </w:r>
      <w:proofErr w:type="spellStart"/>
      <w:r>
        <w:rPr>
          <w:sz w:val="16"/>
        </w:rPr>
        <w:t>modalità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pagamento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l’importo</w:t>
      </w:r>
      <w:proofErr w:type="spellEnd"/>
      <w:r>
        <w:rPr>
          <w:sz w:val="16"/>
        </w:rPr>
        <w:t xml:space="preserve"> delle </w:t>
      </w:r>
      <w:proofErr w:type="spellStart"/>
      <w:r>
        <w:rPr>
          <w:sz w:val="16"/>
        </w:rPr>
        <w:t>singole</w:t>
      </w:r>
      <w:proofErr w:type="spellEnd"/>
      <w:r>
        <w:rPr>
          <w:sz w:val="16"/>
        </w:rPr>
        <w:t xml:space="preserve"> rate e il </w:t>
      </w:r>
      <w:proofErr w:type="spellStart"/>
      <w:r>
        <w:rPr>
          <w:sz w:val="16"/>
        </w:rPr>
        <w:t>giorno</w:t>
      </w:r>
      <w:proofErr w:type="spellEnd"/>
      <w:r>
        <w:rPr>
          <w:sz w:val="16"/>
        </w:rPr>
        <w:t xml:space="preserve"> e mese di </w:t>
      </w:r>
      <w:proofErr w:type="spellStart"/>
      <w:r>
        <w:rPr>
          <w:sz w:val="16"/>
        </w:rPr>
        <w:t>scadenza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ciascuna</w:t>
      </w:r>
      <w:proofErr w:type="spellEnd"/>
      <w:r>
        <w:rPr>
          <w:sz w:val="16"/>
        </w:rPr>
        <w:t xml:space="preserve"> rata. In </w:t>
      </w:r>
      <w:proofErr w:type="spellStart"/>
      <w:r>
        <w:rPr>
          <w:sz w:val="16"/>
        </w:rPr>
        <w:t>caso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pagamento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rateale</w:t>
      </w:r>
      <w:proofErr w:type="spellEnd"/>
      <w:r>
        <w:rPr>
          <w:sz w:val="16"/>
        </w:rPr>
        <w:t xml:space="preserve">, dal </w:t>
      </w:r>
      <w:proofErr w:type="spellStart"/>
      <w:r>
        <w:rPr>
          <w:sz w:val="16"/>
        </w:rPr>
        <w:t>giorno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successivo</w:t>
      </w:r>
      <w:proofErr w:type="spellEnd"/>
      <w:r>
        <w:rPr>
          <w:sz w:val="16"/>
        </w:rPr>
        <w:t xml:space="preserve"> alla </w:t>
      </w:r>
      <w:proofErr w:type="spellStart"/>
      <w:r>
        <w:rPr>
          <w:sz w:val="16"/>
        </w:rPr>
        <w:t>scadenza</w:t>
      </w:r>
      <w:proofErr w:type="spellEnd"/>
      <w:r>
        <w:rPr>
          <w:sz w:val="16"/>
        </w:rPr>
        <w:t xml:space="preserve"> della prima rata </w:t>
      </w:r>
      <w:proofErr w:type="spellStart"/>
      <w:r>
        <w:rPr>
          <w:sz w:val="16"/>
        </w:rPr>
        <w:t>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applicano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interessi</w:t>
      </w:r>
      <w:proofErr w:type="spellEnd"/>
      <w:r>
        <w:rPr>
          <w:sz w:val="16"/>
        </w:rPr>
        <w:t xml:space="preserve"> al </w:t>
      </w:r>
      <w:proofErr w:type="spellStart"/>
      <w:r>
        <w:rPr>
          <w:sz w:val="16"/>
        </w:rPr>
        <w:t>tasso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legale</w:t>
      </w:r>
      <w:proofErr w:type="spellEnd"/>
      <w:r>
        <w:rPr>
          <w:sz w:val="16"/>
        </w:rPr>
        <w:t>.</w:t>
      </w:r>
    </w:p>
    <w:p w14:paraId="7292B078" w14:textId="77777777" w:rsidR="00172469" w:rsidRDefault="00172469" w:rsidP="00A730BA">
      <w:pPr>
        <w:spacing w:after="60" w:line="240" w:lineRule="exact"/>
        <w:rPr>
          <w:b/>
        </w:rPr>
      </w:pPr>
    </w:p>
    <w:p w14:paraId="392372EC" w14:textId="0498BCE1" w:rsidR="001907A7" w:rsidRDefault="001907A7" w:rsidP="00A730BA">
      <w:pPr>
        <w:spacing w:after="60" w:line="240" w:lineRule="exact"/>
      </w:pPr>
      <w:r>
        <w:rPr>
          <w:b/>
        </w:rPr>
        <w:t>DICHIARAZIONI E PRESA D’ATTO</w:t>
      </w:r>
    </w:p>
    <w:p w14:paraId="1FFC974F" w14:textId="77777777" w:rsidR="001907A7" w:rsidRDefault="001907A7" w:rsidP="00A730BA">
      <w:pPr>
        <w:spacing w:after="20" w:line="240" w:lineRule="exact"/>
      </w:pPr>
      <w:r>
        <w:t xml:space="preserve">☐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della </w:t>
      </w:r>
      <w:proofErr w:type="spellStart"/>
      <w:r>
        <w:t>comunicazione</w:t>
      </w:r>
      <w:proofErr w:type="spellEnd"/>
      <w:r>
        <w:t xml:space="preserve"> del Comune e di </w:t>
      </w:r>
      <w:proofErr w:type="spellStart"/>
      <w:r>
        <w:t>aderire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debiti</w:t>
      </w:r>
      <w:proofErr w:type="spellEnd"/>
      <w:r>
        <w:t xml:space="preserve"> sopra </w:t>
      </w:r>
      <w:proofErr w:type="spellStart"/>
      <w:r>
        <w:t>indicati</w:t>
      </w:r>
      <w:proofErr w:type="spellEnd"/>
      <w:r>
        <w:t>.</w:t>
      </w:r>
    </w:p>
    <w:p w14:paraId="384587CB" w14:textId="77777777" w:rsidR="001907A7" w:rsidRDefault="001907A7" w:rsidP="00A730BA">
      <w:pPr>
        <w:spacing w:after="20" w:line="240" w:lineRule="exact"/>
      </w:pPr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, ai </w:t>
      </w:r>
      <w:proofErr w:type="spellStart"/>
      <w:r>
        <w:t>fini</w:t>
      </w:r>
      <w:proofErr w:type="spellEnd"/>
      <w:r>
        <w:t xml:space="preserve"> della </w:t>
      </w:r>
      <w:proofErr w:type="spellStart"/>
      <w:r>
        <w:t>definizione</w:t>
      </w:r>
      <w:proofErr w:type="spellEnd"/>
      <w:r>
        <w:t xml:space="preserve">,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dovuti</w:t>
      </w:r>
      <w:proofErr w:type="spellEnd"/>
      <w:r>
        <w:t xml:space="preserve"> </w:t>
      </w:r>
      <w:proofErr w:type="spellStart"/>
      <w:r>
        <w:t>capitale</w:t>
      </w:r>
      <w:proofErr w:type="spellEnd"/>
      <w:r>
        <w:t xml:space="preserve">, </w:t>
      </w:r>
      <w:proofErr w:type="spellStart"/>
      <w:r>
        <w:t>interessi</w:t>
      </w:r>
      <w:proofErr w:type="spellEnd"/>
      <w:r>
        <w:t xml:space="preserve">,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spese</w:t>
      </w:r>
      <w:proofErr w:type="spellEnd"/>
      <w:r>
        <w:t xml:space="preserve"> per procedure </w:t>
      </w:r>
      <w:proofErr w:type="spellStart"/>
      <w:r>
        <w:t>esecutive</w:t>
      </w:r>
      <w:proofErr w:type="spellEnd"/>
      <w:r>
        <w:t xml:space="preserve"> e </w:t>
      </w:r>
      <w:proofErr w:type="spellStart"/>
      <w:r>
        <w:t>cautelari</w:t>
      </w:r>
      <w:proofErr w:type="spellEnd"/>
      <w:r>
        <w:t xml:space="preserve"> e di </w:t>
      </w:r>
      <w:proofErr w:type="spellStart"/>
      <w:r>
        <w:t>notificazione</w:t>
      </w:r>
      <w:proofErr w:type="spellEnd"/>
      <w:r>
        <w:t xml:space="preserve"> degli </w:t>
      </w:r>
      <w:proofErr w:type="spellStart"/>
      <w:r>
        <w:t>atti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oneri</w:t>
      </w:r>
      <w:proofErr w:type="spellEnd"/>
      <w:r>
        <w:t xml:space="preserve"> di </w:t>
      </w:r>
      <w:proofErr w:type="spellStart"/>
      <w:r>
        <w:t>riscossione</w:t>
      </w:r>
      <w:proofErr w:type="spellEnd"/>
      <w:r>
        <w:t xml:space="preserve"> </w:t>
      </w:r>
      <w:proofErr w:type="spellStart"/>
      <w:r>
        <w:t>previsti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, </w:t>
      </w:r>
      <w:proofErr w:type="spellStart"/>
      <w:r>
        <w:t>mentre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escluse</w:t>
      </w:r>
      <w:proofErr w:type="spellEnd"/>
      <w:r>
        <w:t xml:space="preserve"> le </w:t>
      </w:r>
      <w:proofErr w:type="spellStart"/>
      <w:r>
        <w:t>somme</w:t>
      </w:r>
      <w:proofErr w:type="spellEnd"/>
      <w:r>
        <w:t xml:space="preserve"> </w:t>
      </w:r>
      <w:proofErr w:type="spellStart"/>
      <w:r>
        <w:t>dovute</w:t>
      </w:r>
      <w:proofErr w:type="spellEnd"/>
      <w:r>
        <w:t xml:space="preserve"> a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sanzioni</w:t>
      </w:r>
      <w:proofErr w:type="spellEnd"/>
      <w:r>
        <w:t>.</w:t>
      </w:r>
    </w:p>
    <w:p w14:paraId="5E774545" w14:textId="77777777" w:rsidR="001907A7" w:rsidRDefault="001907A7" w:rsidP="00A730BA">
      <w:pPr>
        <w:spacing w:after="20" w:line="240" w:lineRule="exact"/>
      </w:pPr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,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mancato</w:t>
      </w:r>
      <w:proofErr w:type="spellEnd"/>
      <w:r>
        <w:t xml:space="preserve">, </w:t>
      </w:r>
      <w:proofErr w:type="spellStart"/>
      <w:r>
        <w:t>insufficiente</w:t>
      </w:r>
      <w:proofErr w:type="spellEnd"/>
      <w:r>
        <w:t xml:space="preserve"> o </w:t>
      </w:r>
      <w:proofErr w:type="spellStart"/>
      <w:r>
        <w:t>tardivo</w:t>
      </w:r>
      <w:proofErr w:type="spellEnd"/>
      <w:r>
        <w:t xml:space="preserve"> </w:t>
      </w:r>
      <w:proofErr w:type="spellStart"/>
      <w:r>
        <w:t>versamento</w:t>
      </w:r>
      <w:proofErr w:type="spellEnd"/>
      <w:r>
        <w:t xml:space="preserve"> </w:t>
      </w:r>
      <w:proofErr w:type="spellStart"/>
      <w:r>
        <w:t>superiore</w:t>
      </w:r>
      <w:proofErr w:type="spellEnd"/>
      <w:r>
        <w:t xml:space="preserve"> a 10 </w:t>
      </w:r>
      <w:proofErr w:type="spellStart"/>
      <w:r>
        <w:t>giorni</w:t>
      </w:r>
      <w:proofErr w:type="spellEnd"/>
      <w:r>
        <w:t xml:space="preserve"> rispetto alla </w:t>
      </w:r>
      <w:proofErr w:type="spellStart"/>
      <w:r>
        <w:t>scadenza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decade dal </w:t>
      </w:r>
      <w:proofErr w:type="spellStart"/>
      <w:r>
        <w:t>beneficio</w:t>
      </w:r>
      <w:proofErr w:type="spellEnd"/>
      <w:r>
        <w:t xml:space="preserve"> della </w:t>
      </w:r>
      <w:proofErr w:type="spellStart"/>
      <w:r>
        <w:t>definizione</w:t>
      </w:r>
      <w:proofErr w:type="spellEnd"/>
      <w:r>
        <w:t xml:space="preserve"> </w:t>
      </w:r>
      <w:proofErr w:type="spellStart"/>
      <w:r>
        <w:t>agevolata</w:t>
      </w:r>
      <w:proofErr w:type="spellEnd"/>
      <w:r>
        <w:t>.</w:t>
      </w:r>
    </w:p>
    <w:p w14:paraId="20A94FB2" w14:textId="77777777" w:rsidR="001907A7" w:rsidRDefault="001907A7" w:rsidP="00A730BA">
      <w:pPr>
        <w:spacing w:after="20" w:line="240" w:lineRule="exact"/>
      </w:pPr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,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decadenza</w:t>
      </w:r>
      <w:proofErr w:type="spellEnd"/>
      <w:r>
        <w:t xml:space="preserve">, il </w:t>
      </w:r>
      <w:proofErr w:type="spellStart"/>
      <w:r>
        <w:t>debito</w:t>
      </w:r>
      <w:proofErr w:type="spellEnd"/>
      <w:r>
        <w:t xml:space="preserve"> </w:t>
      </w:r>
      <w:proofErr w:type="spellStart"/>
      <w:r>
        <w:t>originariamente</w:t>
      </w:r>
      <w:proofErr w:type="spellEnd"/>
      <w:r>
        <w:t xml:space="preserve"> </w:t>
      </w:r>
      <w:proofErr w:type="spellStart"/>
      <w:r>
        <w:t>dovuto</w:t>
      </w:r>
      <w:proofErr w:type="spellEnd"/>
      <w:r>
        <w:t xml:space="preserve"> </w:t>
      </w:r>
      <w:proofErr w:type="spellStart"/>
      <w:r>
        <w:t>torna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esigibile</w:t>
      </w:r>
      <w:proofErr w:type="spellEnd"/>
      <w:r>
        <w:t xml:space="preserve">, </w:t>
      </w:r>
      <w:proofErr w:type="spellStart"/>
      <w:r>
        <w:t>restando</w:t>
      </w:r>
      <w:proofErr w:type="spellEnd"/>
      <w:r>
        <w:t xml:space="preserve"> </w:t>
      </w:r>
      <w:proofErr w:type="spellStart"/>
      <w:r>
        <w:t>dovute</w:t>
      </w:r>
      <w:proofErr w:type="spellEnd"/>
      <w:r>
        <w:t xml:space="preserve"> le </w:t>
      </w:r>
      <w:proofErr w:type="spellStart"/>
      <w:r>
        <w:t>sanzioni</w:t>
      </w:r>
      <w:proofErr w:type="spellEnd"/>
      <w:r>
        <w:t xml:space="preserve">, e </w:t>
      </w:r>
      <w:proofErr w:type="spellStart"/>
      <w:r>
        <w:t>riprendono</w:t>
      </w:r>
      <w:proofErr w:type="spellEnd"/>
      <w:r>
        <w:t xml:space="preserve"> le </w:t>
      </w:r>
      <w:proofErr w:type="spellStart"/>
      <w:r>
        <w:t>azioni</w:t>
      </w:r>
      <w:proofErr w:type="spellEnd"/>
      <w:r>
        <w:t xml:space="preserve"> di </w:t>
      </w:r>
      <w:proofErr w:type="spellStart"/>
      <w:r>
        <w:t>recupero</w:t>
      </w:r>
      <w:proofErr w:type="spellEnd"/>
      <w:r>
        <w:t xml:space="preserve"> </w:t>
      </w:r>
      <w:proofErr w:type="spellStart"/>
      <w:r>
        <w:t>coattivo</w:t>
      </w:r>
      <w:proofErr w:type="spellEnd"/>
      <w:r>
        <w:t xml:space="preserve">;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versamenti</w:t>
      </w:r>
      <w:proofErr w:type="spellEnd"/>
      <w:r>
        <w:t xml:space="preserve"> </w:t>
      </w:r>
      <w:proofErr w:type="spellStart"/>
      <w:r>
        <w:t>effettuati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 a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acconto</w:t>
      </w:r>
      <w:proofErr w:type="spellEnd"/>
      <w:r>
        <w:t>.</w:t>
      </w:r>
    </w:p>
    <w:p w14:paraId="1A631B29" w14:textId="77777777" w:rsidR="001907A7" w:rsidRDefault="001907A7" w:rsidP="00A730BA">
      <w:pPr>
        <w:spacing w:after="20" w:line="240" w:lineRule="exact"/>
      </w:pPr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pagamento</w:t>
      </w:r>
      <w:proofErr w:type="spellEnd"/>
      <w:r>
        <w:t xml:space="preserve"> della prima o unica rata </w:t>
      </w:r>
      <w:proofErr w:type="spellStart"/>
      <w:r>
        <w:t>determina</w:t>
      </w:r>
      <w:proofErr w:type="spellEnd"/>
      <w:r>
        <w:t xml:space="preserve">, </w:t>
      </w:r>
      <w:proofErr w:type="spellStart"/>
      <w:r>
        <w:t>limitatamente</w:t>
      </w:r>
      <w:proofErr w:type="spellEnd"/>
      <w:r>
        <w:t xml:space="preserve"> ai </w:t>
      </w:r>
      <w:proofErr w:type="spellStart"/>
      <w:r>
        <w:t>debiti</w:t>
      </w:r>
      <w:proofErr w:type="spellEnd"/>
      <w:r>
        <w:t xml:space="preserve"> </w:t>
      </w:r>
      <w:proofErr w:type="spellStart"/>
      <w:r>
        <w:t>definibili</w:t>
      </w:r>
      <w:proofErr w:type="spellEnd"/>
      <w:r>
        <w:t xml:space="preserve">, la </w:t>
      </w:r>
      <w:proofErr w:type="spellStart"/>
      <w:r>
        <w:t>revoca</w:t>
      </w:r>
      <w:proofErr w:type="spellEnd"/>
      <w:r>
        <w:t xml:space="preserve"> </w:t>
      </w:r>
      <w:proofErr w:type="spellStart"/>
      <w:r>
        <w:t>automatica</w:t>
      </w:r>
      <w:proofErr w:type="spellEnd"/>
      <w:r>
        <w:t xml:space="preserve"> </w:t>
      </w:r>
      <w:proofErr w:type="spellStart"/>
      <w:r>
        <w:t>dell’eventuale</w:t>
      </w:r>
      <w:proofErr w:type="spellEnd"/>
      <w:r>
        <w:t xml:space="preserve"> </w:t>
      </w:r>
      <w:proofErr w:type="spellStart"/>
      <w:r>
        <w:t>dilazione</w:t>
      </w:r>
      <w:proofErr w:type="spellEnd"/>
      <w:r>
        <w:t xml:space="preserve"> </w:t>
      </w:r>
      <w:proofErr w:type="spellStart"/>
      <w:r>
        <w:t>precedentemente</w:t>
      </w:r>
      <w:proofErr w:type="spellEnd"/>
      <w:r>
        <w:t xml:space="preserve"> </w:t>
      </w:r>
      <w:proofErr w:type="spellStart"/>
      <w:r>
        <w:t>accordata</w:t>
      </w:r>
      <w:proofErr w:type="spellEnd"/>
      <w:r>
        <w:t xml:space="preserve"> </w:t>
      </w:r>
      <w:proofErr w:type="spellStart"/>
      <w:r>
        <w:t>ancora</w:t>
      </w:r>
      <w:proofErr w:type="spellEnd"/>
      <w:r>
        <w:t xml:space="preserve"> in </w:t>
      </w:r>
      <w:proofErr w:type="spellStart"/>
      <w:r>
        <w:t>essere</w:t>
      </w:r>
      <w:proofErr w:type="spellEnd"/>
      <w:r>
        <w:t>.</w:t>
      </w:r>
    </w:p>
    <w:p w14:paraId="495BA292" w14:textId="77777777" w:rsidR="00172469" w:rsidRDefault="00172469" w:rsidP="00A730BA">
      <w:pPr>
        <w:spacing w:after="60" w:line="240" w:lineRule="exact"/>
        <w:rPr>
          <w:b/>
        </w:rPr>
      </w:pPr>
    </w:p>
    <w:p w14:paraId="413089B1" w14:textId="0ACF2F70" w:rsidR="001907A7" w:rsidRDefault="001907A7" w:rsidP="00A730BA">
      <w:pPr>
        <w:spacing w:after="0" w:line="240" w:lineRule="exact"/>
      </w:pPr>
      <w:r>
        <w:rPr>
          <w:b/>
        </w:rPr>
        <w:t>ALLEGATI</w:t>
      </w:r>
    </w:p>
    <w:p w14:paraId="0BBB496F" w14:textId="77777777" w:rsidR="001907A7" w:rsidRDefault="001907A7" w:rsidP="00A730BA">
      <w:pPr>
        <w:spacing w:after="0" w:line="240" w:lineRule="exact"/>
      </w:pPr>
      <w:r>
        <w:t xml:space="preserve">☐ Copia di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riconoscimento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validità</w:t>
      </w:r>
      <w:proofErr w:type="spellEnd"/>
      <w:r>
        <w:t>.</w:t>
      </w:r>
    </w:p>
    <w:p w14:paraId="18E68B6E" w14:textId="77777777" w:rsidR="00172469" w:rsidRDefault="00172469" w:rsidP="00A730BA">
      <w:pPr>
        <w:spacing w:after="60" w:line="240" w:lineRule="exact"/>
      </w:pPr>
    </w:p>
    <w:p w14:paraId="6E23BD62" w14:textId="77777777" w:rsidR="00A730BA" w:rsidRPr="00A730BA" w:rsidRDefault="00A730BA" w:rsidP="00A730BA">
      <w:pPr>
        <w:spacing w:after="60" w:line="240" w:lineRule="exact"/>
      </w:pPr>
      <w:r w:rsidRPr="00A730BA">
        <w:t xml:space="preserve">Il/La </w:t>
      </w:r>
      <w:proofErr w:type="spellStart"/>
      <w:r w:rsidRPr="00A730BA">
        <w:t>dichiarante</w:t>
      </w:r>
      <w:proofErr w:type="spellEnd"/>
      <w:r w:rsidRPr="00A730BA">
        <w:t xml:space="preserve"> </w:t>
      </w:r>
      <w:proofErr w:type="spellStart"/>
      <w:r w:rsidRPr="00A730BA">
        <w:t>dichiara</w:t>
      </w:r>
      <w:proofErr w:type="spellEnd"/>
      <w:r w:rsidRPr="00A730BA">
        <w:t xml:space="preserve"> </w:t>
      </w:r>
      <w:proofErr w:type="spellStart"/>
      <w:r w:rsidRPr="00A730BA">
        <w:t>inoltre</w:t>
      </w:r>
      <w:proofErr w:type="spellEnd"/>
      <w:r w:rsidRPr="00A730BA">
        <w:t xml:space="preserve"> di aver </w:t>
      </w:r>
      <w:proofErr w:type="spellStart"/>
      <w:r w:rsidRPr="00A730BA">
        <w:t>preso</w:t>
      </w:r>
      <w:proofErr w:type="spellEnd"/>
      <w:r w:rsidRPr="00A730BA">
        <w:t xml:space="preserve"> </w:t>
      </w:r>
      <w:proofErr w:type="spellStart"/>
      <w:r w:rsidRPr="00A730BA">
        <w:t>visione</w:t>
      </w:r>
      <w:proofErr w:type="spellEnd"/>
      <w:r w:rsidRPr="00A730BA">
        <w:t xml:space="preserve"> </w:t>
      </w:r>
      <w:proofErr w:type="spellStart"/>
      <w:r w:rsidRPr="00A730BA">
        <w:t>dell’informativa</w:t>
      </w:r>
      <w:proofErr w:type="spellEnd"/>
      <w:r w:rsidRPr="00A730BA">
        <w:t xml:space="preserve"> </w:t>
      </w:r>
      <w:proofErr w:type="spellStart"/>
      <w:r w:rsidRPr="00A730BA">
        <w:t>sul</w:t>
      </w:r>
      <w:proofErr w:type="spellEnd"/>
      <w:r w:rsidRPr="00A730BA">
        <w:t xml:space="preserve"> </w:t>
      </w:r>
      <w:proofErr w:type="spellStart"/>
      <w:r w:rsidRPr="00A730BA">
        <w:t>trattamento</w:t>
      </w:r>
      <w:proofErr w:type="spellEnd"/>
      <w:r w:rsidRPr="00A730BA">
        <w:t xml:space="preserve"> </w:t>
      </w:r>
      <w:proofErr w:type="spellStart"/>
      <w:r w:rsidRPr="00A730BA">
        <w:t>dei</w:t>
      </w:r>
      <w:proofErr w:type="spellEnd"/>
      <w:r w:rsidRPr="00A730BA">
        <w:t xml:space="preserve"> </w:t>
      </w:r>
      <w:proofErr w:type="spellStart"/>
      <w:r w:rsidRPr="00A730BA">
        <w:t>dati</w:t>
      </w:r>
      <w:proofErr w:type="spellEnd"/>
      <w:r w:rsidRPr="00A730BA">
        <w:t xml:space="preserve"> </w:t>
      </w:r>
      <w:proofErr w:type="spellStart"/>
      <w:r w:rsidRPr="00A730BA">
        <w:t>personali</w:t>
      </w:r>
      <w:proofErr w:type="spellEnd"/>
      <w:r w:rsidRPr="00A730BA">
        <w:t xml:space="preserve"> </w:t>
      </w:r>
      <w:proofErr w:type="spellStart"/>
      <w:r w:rsidRPr="00A730BA">
        <w:t>resa</w:t>
      </w:r>
      <w:proofErr w:type="spellEnd"/>
      <w:r w:rsidRPr="00A730BA">
        <w:t xml:space="preserve"> dal Comune di Tiggiano ai sensi della </w:t>
      </w:r>
      <w:proofErr w:type="spellStart"/>
      <w:r w:rsidRPr="00A730BA">
        <w:t>normativa</w:t>
      </w:r>
      <w:proofErr w:type="spellEnd"/>
      <w:r w:rsidRPr="00A730BA">
        <w:t xml:space="preserve"> </w:t>
      </w:r>
      <w:proofErr w:type="spellStart"/>
      <w:r w:rsidRPr="00A730BA">
        <w:t>vigente</w:t>
      </w:r>
      <w:proofErr w:type="spellEnd"/>
      <w:r w:rsidRPr="00A730BA">
        <w:t>.</w:t>
      </w:r>
    </w:p>
    <w:p w14:paraId="3A001D69" w14:textId="77777777" w:rsidR="00A730BA" w:rsidRDefault="00A730BA" w:rsidP="00A730BA">
      <w:pPr>
        <w:spacing w:after="60" w:line="240" w:lineRule="exact"/>
      </w:pPr>
    </w:p>
    <w:p w14:paraId="4E4E972E" w14:textId="3C4407A8" w:rsidR="001907A7" w:rsidRDefault="001907A7" w:rsidP="00A730BA">
      <w:pPr>
        <w:spacing w:after="60" w:line="240" w:lineRule="exact"/>
      </w:pPr>
      <w:proofErr w:type="spellStart"/>
      <w:r>
        <w:t>Luogo</w:t>
      </w:r>
      <w:proofErr w:type="spellEnd"/>
      <w:r>
        <w:t xml:space="preserve"> e data: ____________________________</w:t>
      </w:r>
    </w:p>
    <w:p w14:paraId="1299C507" w14:textId="77777777" w:rsidR="00172469" w:rsidRDefault="00172469" w:rsidP="00A730BA">
      <w:pPr>
        <w:spacing w:after="60" w:line="240" w:lineRule="exact"/>
      </w:pPr>
    </w:p>
    <w:p w14:paraId="14BEE9BE" w14:textId="77777777" w:rsidR="00172469" w:rsidRDefault="00172469" w:rsidP="00A730BA">
      <w:pPr>
        <w:spacing w:after="60" w:line="240" w:lineRule="exact"/>
      </w:pPr>
    </w:p>
    <w:p w14:paraId="380AB1C1" w14:textId="30284A80" w:rsidR="001907A7" w:rsidRDefault="001907A7" w:rsidP="00A730BA">
      <w:pPr>
        <w:spacing w:after="60" w:line="240" w:lineRule="exact"/>
      </w:pPr>
      <w:proofErr w:type="spellStart"/>
      <w:r>
        <w:t>Firma</w:t>
      </w:r>
      <w:proofErr w:type="spellEnd"/>
      <w:r>
        <w:t>: _________________________________________________</w:t>
      </w:r>
    </w:p>
    <w:p w14:paraId="2A72770F" w14:textId="77777777" w:rsidR="00172469" w:rsidRDefault="00172469" w:rsidP="00A730BA">
      <w:pPr>
        <w:spacing w:after="60" w:line="240" w:lineRule="exact"/>
        <w:rPr>
          <w:sz w:val="16"/>
        </w:rPr>
      </w:pPr>
    </w:p>
    <w:p w14:paraId="49D6C5A5" w14:textId="77777777" w:rsidR="00172469" w:rsidRDefault="00172469" w:rsidP="00A730BA">
      <w:pPr>
        <w:spacing w:after="60" w:line="240" w:lineRule="exact"/>
        <w:rPr>
          <w:sz w:val="16"/>
        </w:rPr>
      </w:pPr>
    </w:p>
    <w:p w14:paraId="35D2ADC0" w14:textId="77777777" w:rsidR="00172469" w:rsidRDefault="00172469" w:rsidP="00A730BA">
      <w:pPr>
        <w:spacing w:after="60" w:line="240" w:lineRule="exact"/>
        <w:rPr>
          <w:sz w:val="16"/>
        </w:rPr>
      </w:pPr>
    </w:p>
    <w:p w14:paraId="0210F7CC" w14:textId="77777777" w:rsidR="00172469" w:rsidRDefault="00172469" w:rsidP="00A730BA">
      <w:pPr>
        <w:spacing w:after="60" w:line="240" w:lineRule="exact"/>
        <w:rPr>
          <w:sz w:val="16"/>
        </w:rPr>
      </w:pPr>
    </w:p>
    <w:p w14:paraId="5264E795" w14:textId="77777777" w:rsidR="00172469" w:rsidRDefault="00172469" w:rsidP="00A730BA">
      <w:pPr>
        <w:spacing w:after="60" w:line="240" w:lineRule="exact"/>
        <w:rPr>
          <w:sz w:val="16"/>
        </w:rPr>
      </w:pPr>
    </w:p>
    <w:p w14:paraId="3A7F7BD7" w14:textId="77777777" w:rsidR="00172469" w:rsidRDefault="00172469" w:rsidP="00A730BA">
      <w:pPr>
        <w:spacing w:after="60" w:line="240" w:lineRule="exact"/>
        <w:rPr>
          <w:sz w:val="16"/>
        </w:rPr>
      </w:pPr>
    </w:p>
    <w:p w14:paraId="7CA66DF4" w14:textId="77777777" w:rsidR="00172469" w:rsidRDefault="00172469" w:rsidP="00A730BA">
      <w:pPr>
        <w:spacing w:after="60" w:line="240" w:lineRule="exact"/>
        <w:rPr>
          <w:sz w:val="16"/>
        </w:rPr>
      </w:pPr>
    </w:p>
    <w:p w14:paraId="65B08C4A" w14:textId="77777777" w:rsidR="00172469" w:rsidRDefault="00172469" w:rsidP="00A730BA">
      <w:pPr>
        <w:spacing w:after="60" w:line="240" w:lineRule="exact"/>
        <w:rPr>
          <w:sz w:val="16"/>
        </w:rPr>
      </w:pPr>
    </w:p>
    <w:p w14:paraId="24B3B887" w14:textId="77777777" w:rsidR="00172469" w:rsidRDefault="00172469" w:rsidP="00A730BA">
      <w:pPr>
        <w:spacing w:after="60" w:line="240" w:lineRule="exact"/>
        <w:rPr>
          <w:sz w:val="16"/>
        </w:rPr>
      </w:pPr>
    </w:p>
    <w:p w14:paraId="21BD89B9" w14:textId="77777777" w:rsidR="00172469" w:rsidRDefault="00172469" w:rsidP="00A730BA">
      <w:pPr>
        <w:spacing w:after="60" w:line="240" w:lineRule="exact"/>
        <w:rPr>
          <w:sz w:val="16"/>
        </w:rPr>
      </w:pPr>
    </w:p>
    <w:p w14:paraId="1E605AE4" w14:textId="77777777" w:rsidR="00172469" w:rsidRDefault="00172469" w:rsidP="00A730BA">
      <w:pPr>
        <w:spacing w:after="60" w:line="240" w:lineRule="exact"/>
        <w:rPr>
          <w:sz w:val="16"/>
        </w:rPr>
      </w:pPr>
    </w:p>
    <w:p w14:paraId="15A6E9EB" w14:textId="77777777" w:rsidR="00172469" w:rsidRDefault="00172469" w:rsidP="00A730BA">
      <w:pPr>
        <w:spacing w:after="60" w:line="240" w:lineRule="exact"/>
        <w:rPr>
          <w:sz w:val="16"/>
        </w:rPr>
      </w:pPr>
    </w:p>
    <w:p w14:paraId="2D571BFC" w14:textId="77777777" w:rsidR="00172469" w:rsidRDefault="00172469" w:rsidP="00A730BA">
      <w:pPr>
        <w:spacing w:after="60" w:line="240" w:lineRule="exact"/>
        <w:rPr>
          <w:sz w:val="16"/>
        </w:rPr>
      </w:pPr>
    </w:p>
    <w:p w14:paraId="0862DA37" w14:textId="77777777" w:rsidR="00172469" w:rsidRDefault="00172469" w:rsidP="00A730BA">
      <w:pPr>
        <w:spacing w:after="60" w:line="240" w:lineRule="exact"/>
        <w:rPr>
          <w:sz w:val="16"/>
        </w:rPr>
      </w:pPr>
    </w:p>
    <w:p w14:paraId="45E692F6" w14:textId="77777777" w:rsidR="00172469" w:rsidRDefault="00172469" w:rsidP="00A730BA">
      <w:pPr>
        <w:spacing w:after="60" w:line="240" w:lineRule="exact"/>
        <w:rPr>
          <w:sz w:val="16"/>
        </w:rPr>
      </w:pPr>
    </w:p>
    <w:p w14:paraId="659CD162" w14:textId="77777777" w:rsidR="00172469" w:rsidRDefault="00172469" w:rsidP="00A730BA">
      <w:pPr>
        <w:spacing w:after="60" w:line="240" w:lineRule="exact"/>
        <w:rPr>
          <w:sz w:val="16"/>
        </w:rPr>
      </w:pPr>
    </w:p>
    <w:p w14:paraId="0AB31E44" w14:textId="77777777" w:rsidR="00172469" w:rsidRDefault="00172469" w:rsidP="00A730BA">
      <w:pPr>
        <w:spacing w:after="60" w:line="240" w:lineRule="exact"/>
        <w:rPr>
          <w:sz w:val="16"/>
        </w:rPr>
      </w:pPr>
    </w:p>
    <w:p w14:paraId="5E2A76B3" w14:textId="77777777" w:rsidR="00172469" w:rsidRDefault="00172469" w:rsidP="00A730BA">
      <w:pPr>
        <w:spacing w:after="60" w:line="240" w:lineRule="exact"/>
        <w:rPr>
          <w:sz w:val="16"/>
        </w:rPr>
      </w:pPr>
    </w:p>
    <w:p w14:paraId="31FB3123" w14:textId="77777777" w:rsidR="00172469" w:rsidRDefault="00172469" w:rsidP="00A730BA">
      <w:pPr>
        <w:spacing w:after="60" w:line="240" w:lineRule="exact"/>
        <w:rPr>
          <w:sz w:val="16"/>
        </w:rPr>
      </w:pPr>
    </w:p>
    <w:p w14:paraId="5D724F5F" w14:textId="77777777" w:rsidR="00172469" w:rsidRDefault="00172469" w:rsidP="00A730BA">
      <w:pPr>
        <w:spacing w:after="60" w:line="240" w:lineRule="exact"/>
        <w:rPr>
          <w:sz w:val="16"/>
        </w:rPr>
      </w:pPr>
    </w:p>
    <w:p w14:paraId="31FCBD2E" w14:textId="77777777" w:rsidR="00172469" w:rsidRDefault="00172469" w:rsidP="00A730BA">
      <w:pPr>
        <w:spacing w:after="60" w:line="240" w:lineRule="exact"/>
        <w:rPr>
          <w:sz w:val="16"/>
        </w:rPr>
      </w:pPr>
    </w:p>
    <w:p w14:paraId="395BBF51" w14:textId="77777777" w:rsidR="00172469" w:rsidRDefault="00172469" w:rsidP="00A730BA">
      <w:pPr>
        <w:spacing w:after="60" w:line="240" w:lineRule="exact"/>
        <w:rPr>
          <w:sz w:val="16"/>
        </w:rPr>
      </w:pPr>
    </w:p>
    <w:p w14:paraId="19E20E88" w14:textId="50E70B0A" w:rsidR="008B0500" w:rsidRPr="001907A7" w:rsidRDefault="008B0500" w:rsidP="00A730BA">
      <w:pPr>
        <w:spacing w:line="240" w:lineRule="exact"/>
      </w:pPr>
    </w:p>
    <w:sectPr w:rsidR="008B0500" w:rsidRPr="001907A7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E911" w14:textId="77777777" w:rsidR="00F87A8F" w:rsidRDefault="00F87A8F">
      <w:pPr>
        <w:spacing w:after="0" w:line="240" w:lineRule="auto"/>
      </w:pPr>
      <w:r>
        <w:separator/>
      </w:r>
    </w:p>
  </w:endnote>
  <w:endnote w:type="continuationSeparator" w:id="0">
    <w:p w14:paraId="3173B5A7" w14:textId="77777777" w:rsidR="00F87A8F" w:rsidRDefault="00F87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5B67" w14:textId="77777777" w:rsidR="008B0500" w:rsidRDefault="00F87A8F">
    <w:pPr>
      <w:pStyle w:val="Pidipagina"/>
      <w:jc w:val="center"/>
    </w:pPr>
    <w:r>
      <w:rPr>
        <w:sz w:val="16"/>
      </w:rPr>
      <w:t xml:space="preserve">Comune di Tiggiano – </w:t>
    </w:r>
    <w:proofErr w:type="spellStart"/>
    <w:r>
      <w:rPr>
        <w:sz w:val="16"/>
      </w:rPr>
      <w:t>Modello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definizione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agevolata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entrate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comunali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3439" w14:textId="77777777" w:rsidR="00F87A8F" w:rsidRDefault="00F87A8F">
      <w:pPr>
        <w:spacing w:after="0" w:line="240" w:lineRule="auto"/>
      </w:pPr>
      <w:r>
        <w:separator/>
      </w:r>
    </w:p>
  </w:footnote>
  <w:footnote w:type="continuationSeparator" w:id="0">
    <w:p w14:paraId="1907B006" w14:textId="77777777" w:rsidR="00F87A8F" w:rsidRDefault="00F87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8027327">
    <w:abstractNumId w:val="8"/>
  </w:num>
  <w:num w:numId="2" w16cid:durableId="1757051278">
    <w:abstractNumId w:val="6"/>
  </w:num>
  <w:num w:numId="3" w16cid:durableId="1460420842">
    <w:abstractNumId w:val="5"/>
  </w:num>
  <w:num w:numId="4" w16cid:durableId="1964311506">
    <w:abstractNumId w:val="4"/>
  </w:num>
  <w:num w:numId="5" w16cid:durableId="209270071">
    <w:abstractNumId w:val="7"/>
  </w:num>
  <w:num w:numId="6" w16cid:durableId="129784041">
    <w:abstractNumId w:val="3"/>
  </w:num>
  <w:num w:numId="7" w16cid:durableId="2061518146">
    <w:abstractNumId w:val="2"/>
  </w:num>
  <w:num w:numId="8" w16cid:durableId="1963802289">
    <w:abstractNumId w:val="1"/>
  </w:num>
  <w:num w:numId="9" w16cid:durableId="29707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2DD"/>
    <w:rsid w:val="0015074B"/>
    <w:rsid w:val="00172469"/>
    <w:rsid w:val="001907A7"/>
    <w:rsid w:val="002446C3"/>
    <w:rsid w:val="00295D0C"/>
    <w:rsid w:val="0029639D"/>
    <w:rsid w:val="00326F90"/>
    <w:rsid w:val="003767C7"/>
    <w:rsid w:val="00894C5C"/>
    <w:rsid w:val="008B0500"/>
    <w:rsid w:val="008D1C90"/>
    <w:rsid w:val="008D6773"/>
    <w:rsid w:val="00A730BA"/>
    <w:rsid w:val="00AA1D8D"/>
    <w:rsid w:val="00B47730"/>
    <w:rsid w:val="00B631AE"/>
    <w:rsid w:val="00CB0664"/>
    <w:rsid w:val="00D570F0"/>
    <w:rsid w:val="00F87A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39DED"/>
  <w14:defaultImageDpi w14:val="330"/>
  <w15:docId w15:val="{53BDAD07-913F-4568-AFBB-24CF5096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Silvia De Salvo</cp:lastModifiedBy>
  <cp:revision>6</cp:revision>
  <dcterms:created xsi:type="dcterms:W3CDTF">2026-09-30T10:56:00Z</dcterms:created>
  <dcterms:modified xsi:type="dcterms:W3CDTF">2026-10-02T13:26:00Z</dcterms:modified>
  <cp:category/>
</cp:coreProperties>
</file>